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5B29" w14:textId="77777777" w:rsidR="001F28AC" w:rsidRDefault="004628C9">
      <w:pPr>
        <w:spacing w:line="243" w:lineRule="exact"/>
        <w:rPr>
          <w:lang w:eastAsia="ko-KR"/>
        </w:rPr>
      </w:pPr>
      <w:proofErr w:type="gramStart"/>
      <w:r>
        <w:rPr>
          <w:b/>
          <w:color w:val="234A62"/>
          <w:sz w:val="18"/>
          <w:lang w:eastAsia="ko-KR"/>
        </w:rPr>
        <w:t xml:space="preserve">01  </w:t>
      </w:r>
      <w:r>
        <w:rPr>
          <w:b/>
          <w:color w:val="234A62"/>
          <w:sz w:val="18"/>
          <w:lang w:eastAsia="ko-KR"/>
        </w:rPr>
        <w:t>관심과</w:t>
      </w:r>
      <w:proofErr w:type="gramEnd"/>
      <w:r>
        <w:rPr>
          <w:b/>
          <w:color w:val="234A62"/>
          <w:sz w:val="18"/>
          <w:lang w:eastAsia="ko-KR"/>
        </w:rPr>
        <w:t xml:space="preserve"> </w:t>
      </w:r>
      <w:r>
        <w:rPr>
          <w:b/>
          <w:color w:val="234A62"/>
          <w:sz w:val="18"/>
          <w:lang w:eastAsia="ko-KR"/>
        </w:rPr>
        <w:t>탐구</w:t>
      </w:r>
      <w:r>
        <w:rPr>
          <w:b/>
          <w:color w:val="234A62"/>
          <w:sz w:val="18"/>
          <w:lang w:eastAsia="ko-KR"/>
        </w:rPr>
        <w:t xml:space="preserve"> </w:t>
      </w:r>
      <w:r>
        <w:rPr>
          <w:b/>
          <w:color w:val="234A62"/>
          <w:sz w:val="18"/>
          <w:lang w:eastAsia="ko-KR"/>
        </w:rPr>
        <w:t>질문</w:t>
      </w:r>
    </w:p>
    <w:p w14:paraId="2C7BE69F" w14:textId="77777777" w:rsidR="001F28AC" w:rsidRDefault="004628C9">
      <w:pPr>
        <w:spacing w:line="594" w:lineRule="exact"/>
        <w:rPr>
          <w:lang w:eastAsia="ko-KR"/>
        </w:rPr>
      </w:pPr>
      <w:r>
        <w:rPr>
          <w:b/>
          <w:color w:val="234A62"/>
          <w:sz w:val="44"/>
          <w:lang w:eastAsia="ko-KR"/>
        </w:rPr>
        <w:t>한</w:t>
      </w:r>
      <w:r>
        <w:rPr>
          <w:b/>
          <w:color w:val="234A62"/>
          <w:sz w:val="44"/>
          <w:lang w:eastAsia="ko-KR"/>
        </w:rPr>
        <w:t xml:space="preserve"> </w:t>
      </w:r>
      <w:r>
        <w:rPr>
          <w:b/>
          <w:color w:val="234A62"/>
          <w:sz w:val="44"/>
          <w:lang w:eastAsia="ko-KR"/>
        </w:rPr>
        <w:t>학기</w:t>
      </w:r>
      <w:r>
        <w:rPr>
          <w:b/>
          <w:color w:val="234A62"/>
          <w:sz w:val="44"/>
          <w:lang w:eastAsia="ko-KR"/>
        </w:rPr>
        <w:t xml:space="preserve"> </w:t>
      </w:r>
      <w:r>
        <w:rPr>
          <w:b/>
          <w:color w:val="234A62"/>
          <w:sz w:val="44"/>
          <w:lang w:eastAsia="ko-KR"/>
        </w:rPr>
        <w:t>진로활동</w:t>
      </w:r>
      <w:r>
        <w:rPr>
          <w:b/>
          <w:color w:val="234A62"/>
          <w:sz w:val="44"/>
          <w:lang w:eastAsia="ko-KR"/>
        </w:rPr>
        <w:t xml:space="preserve"> </w:t>
      </w:r>
      <w:r>
        <w:rPr>
          <w:b/>
          <w:color w:val="234A62"/>
          <w:sz w:val="44"/>
          <w:lang w:eastAsia="ko-KR"/>
        </w:rPr>
        <w:t>계획서</w:t>
      </w:r>
    </w:p>
    <w:tbl>
      <w:tblPr>
        <w:tblW w:w="8410" w:type="dxa"/>
        <w:jc w:val="center"/>
        <w:tblBorders>
          <w:top w:val="single" w:sz="4" w:space="0" w:color="D3DDE4"/>
          <w:left w:val="single" w:sz="4" w:space="0" w:color="D3DDE4"/>
          <w:bottom w:val="single" w:sz="4" w:space="0" w:color="D3DDE4"/>
          <w:right w:val="single" w:sz="4" w:space="0" w:color="D3DDE4"/>
          <w:insideH w:val="single" w:sz="4" w:space="0" w:color="D3DDE4"/>
          <w:insideV w:val="single" w:sz="4" w:space="0" w:color="D3DDE4"/>
        </w:tblBorders>
        <w:tblLayout w:type="fixed"/>
        <w:tblLook w:val="04A0" w:firstRow="1" w:lastRow="0" w:firstColumn="1" w:lastColumn="0" w:noHBand="0" w:noVBand="1"/>
      </w:tblPr>
      <w:tblGrid>
        <w:gridCol w:w="2080"/>
        <w:gridCol w:w="2126"/>
        <w:gridCol w:w="2058"/>
        <w:gridCol w:w="2146"/>
      </w:tblGrid>
      <w:tr w:rsidR="00C93C54" w14:paraId="49754EFA" w14:textId="77777777" w:rsidTr="00584EBD">
        <w:trPr>
          <w:cantSplit/>
          <w:trHeight w:val="296"/>
          <w:tblHeader/>
          <w:jc w:val="center"/>
        </w:trPr>
        <w:tc>
          <w:tcPr>
            <w:tcW w:w="2080" w:type="dxa"/>
            <w:shd w:val="clear" w:color="auto" w:fill="234A6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ACD66F" w14:textId="556F9A96" w:rsidR="00C93C54" w:rsidRDefault="00C93C54" w:rsidP="00584EBD">
            <w:pPr>
              <w:spacing w:before="40" w:after="40" w:line="240" w:lineRule="exact"/>
              <w:jc w:val="center"/>
              <w:rPr>
                <w:rFonts w:hint="eastAsia"/>
                <w:lang w:eastAsia="ko-KR"/>
              </w:rPr>
            </w:pPr>
            <w:r>
              <w:rPr>
                <w:rFonts w:hint="eastAsia"/>
                <w:b/>
                <w:color w:val="FFFFFF"/>
                <w:sz w:val="19"/>
                <w:lang w:eastAsia="ko-KR"/>
              </w:rPr>
              <w:t>학년</w:t>
            </w:r>
          </w:p>
        </w:tc>
        <w:tc>
          <w:tcPr>
            <w:tcW w:w="2126" w:type="dxa"/>
            <w:shd w:val="clear" w:color="auto" w:fill="234A62"/>
          </w:tcPr>
          <w:p w14:paraId="75F053CB" w14:textId="3C8738F6" w:rsidR="00C93C54" w:rsidRPr="0018055F" w:rsidRDefault="00C93C54" w:rsidP="00584EBD">
            <w:pPr>
              <w:spacing w:before="40" w:after="40" w:line="240" w:lineRule="exact"/>
              <w:jc w:val="center"/>
              <w:rPr>
                <w:rFonts w:hint="eastAsia"/>
                <w:b/>
                <w:bCs/>
                <w:color w:val="FFFFFF" w:themeColor="background1"/>
                <w:lang w:eastAsia="ko-KR"/>
              </w:rPr>
            </w:pPr>
            <w:r>
              <w:rPr>
                <w:rFonts w:hint="eastAsia"/>
                <w:b/>
                <w:bCs/>
                <w:color w:val="FFFFFF" w:themeColor="background1"/>
                <w:lang w:eastAsia="ko-KR"/>
              </w:rPr>
              <w:t>반</w:t>
            </w:r>
          </w:p>
        </w:tc>
        <w:tc>
          <w:tcPr>
            <w:tcW w:w="2058" w:type="dxa"/>
            <w:shd w:val="clear" w:color="auto" w:fill="234A6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AB0292" w14:textId="6593E5FA" w:rsidR="00C93C54" w:rsidRPr="0018055F" w:rsidRDefault="00C93C54" w:rsidP="00584EBD">
            <w:pPr>
              <w:spacing w:before="40" w:after="40" w:line="240" w:lineRule="exact"/>
              <w:jc w:val="center"/>
              <w:rPr>
                <w:rFonts w:hint="eastAsia"/>
                <w:b/>
                <w:bCs/>
                <w:lang w:eastAsia="ko-KR"/>
              </w:rPr>
            </w:pPr>
            <w:r w:rsidRPr="0018055F">
              <w:rPr>
                <w:rFonts w:hint="eastAsia"/>
                <w:b/>
                <w:bCs/>
                <w:color w:val="FFFFFF" w:themeColor="background1"/>
                <w:lang w:eastAsia="ko-KR"/>
              </w:rPr>
              <w:t>번호</w:t>
            </w:r>
          </w:p>
        </w:tc>
        <w:tc>
          <w:tcPr>
            <w:tcW w:w="2146" w:type="dxa"/>
            <w:shd w:val="clear" w:color="auto" w:fill="234A6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8E4EE4" w14:textId="1E68E9EE" w:rsidR="00C93C54" w:rsidRDefault="00C93C54" w:rsidP="00584EBD">
            <w:pPr>
              <w:spacing w:before="40" w:after="40" w:line="240" w:lineRule="exact"/>
              <w:jc w:val="center"/>
            </w:pPr>
            <w:r>
              <w:rPr>
                <w:rFonts w:hint="eastAsia"/>
                <w:b/>
                <w:color w:val="FFFFFF"/>
                <w:sz w:val="19"/>
                <w:lang w:eastAsia="ko-KR"/>
              </w:rPr>
              <w:t>이름</w:t>
            </w:r>
          </w:p>
        </w:tc>
      </w:tr>
      <w:tr w:rsidR="00C93C54" w14:paraId="797AE3BD" w14:textId="77777777" w:rsidTr="00584EBD">
        <w:trPr>
          <w:cantSplit/>
          <w:trHeight w:val="443"/>
          <w:jc w:val="center"/>
        </w:trPr>
        <w:tc>
          <w:tcPr>
            <w:tcW w:w="2080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63B7F8" w14:textId="4A69895B" w:rsidR="00C93C54" w:rsidRDefault="00C93C54" w:rsidP="00584EBD">
            <w:pPr>
              <w:spacing w:before="40" w:after="40" w:line="240" w:lineRule="exact"/>
              <w:jc w:val="center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</w:p>
        </w:tc>
        <w:tc>
          <w:tcPr>
            <w:tcW w:w="2126" w:type="dxa"/>
          </w:tcPr>
          <w:p w14:paraId="679614DC" w14:textId="3220471A" w:rsidR="00C93C54" w:rsidRDefault="00C93C54" w:rsidP="00584EBD">
            <w:pPr>
              <w:spacing w:before="40" w:after="40" w:line="240" w:lineRule="exact"/>
              <w:jc w:val="center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4</w:t>
            </w:r>
          </w:p>
        </w:tc>
        <w:tc>
          <w:tcPr>
            <w:tcW w:w="205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957531" w14:textId="685CAB7F" w:rsidR="00C93C54" w:rsidRDefault="00C93C54" w:rsidP="00584EBD">
            <w:pPr>
              <w:spacing w:before="40" w:after="40" w:line="240" w:lineRule="exact"/>
              <w:jc w:val="center"/>
              <w:rPr>
                <w:rFonts w:hint="eastAsia"/>
                <w:lang w:eastAsia="ko-KR"/>
              </w:rPr>
            </w:pPr>
          </w:p>
        </w:tc>
        <w:tc>
          <w:tcPr>
            <w:tcW w:w="214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BDB94F" w14:textId="77777777" w:rsidR="00C93C54" w:rsidRDefault="00C93C54" w:rsidP="00584EBD">
            <w:pPr>
              <w:spacing w:before="40" w:after="40" w:line="240" w:lineRule="exact"/>
              <w:jc w:val="center"/>
            </w:pPr>
          </w:p>
        </w:tc>
      </w:tr>
    </w:tbl>
    <w:p w14:paraId="131B86DB" w14:textId="77777777" w:rsidR="00C93C54" w:rsidRDefault="00C93C54">
      <w:pPr>
        <w:keepNext/>
        <w:spacing w:before="180" w:line="351" w:lineRule="exact"/>
        <w:rPr>
          <w:b/>
          <w:color w:val="234A62"/>
          <w:sz w:val="26"/>
        </w:rPr>
      </w:pPr>
    </w:p>
    <w:p w14:paraId="7A7FB3E8" w14:textId="68800A64" w:rsidR="001F28AC" w:rsidRDefault="004628C9">
      <w:pPr>
        <w:keepNext/>
        <w:spacing w:before="180" w:line="351" w:lineRule="exact"/>
      </w:pPr>
      <w:r>
        <w:rPr>
          <w:b/>
          <w:color w:val="234A62"/>
          <w:sz w:val="26"/>
        </w:rPr>
        <w:t xml:space="preserve">1. </w:t>
      </w:r>
      <w:proofErr w:type="spellStart"/>
      <w:r>
        <w:rPr>
          <w:b/>
          <w:color w:val="234A62"/>
          <w:sz w:val="26"/>
        </w:rPr>
        <w:t>나의</w:t>
      </w:r>
      <w:proofErr w:type="spellEnd"/>
      <w:r>
        <w:rPr>
          <w:b/>
          <w:color w:val="234A62"/>
          <w:sz w:val="26"/>
        </w:rPr>
        <w:t xml:space="preserve"> </w:t>
      </w:r>
      <w:proofErr w:type="spellStart"/>
      <w:r>
        <w:rPr>
          <w:b/>
          <w:color w:val="234A62"/>
          <w:sz w:val="26"/>
        </w:rPr>
        <w:t>관심과</w:t>
      </w:r>
      <w:proofErr w:type="spellEnd"/>
      <w:r>
        <w:rPr>
          <w:b/>
          <w:color w:val="234A62"/>
          <w:sz w:val="26"/>
        </w:rPr>
        <w:t xml:space="preserve"> </w:t>
      </w:r>
      <w:proofErr w:type="spellStart"/>
      <w:r>
        <w:rPr>
          <w:b/>
          <w:color w:val="234A62"/>
          <w:sz w:val="26"/>
        </w:rPr>
        <w:t>출발</w:t>
      </w:r>
      <w:proofErr w:type="spellEnd"/>
      <w:r>
        <w:rPr>
          <w:b/>
          <w:color w:val="234A62"/>
          <w:sz w:val="26"/>
        </w:rPr>
        <w:t xml:space="preserve"> </w:t>
      </w:r>
      <w:proofErr w:type="spellStart"/>
      <w:r>
        <w:rPr>
          <w:b/>
          <w:color w:val="234A62"/>
          <w:sz w:val="26"/>
        </w:rPr>
        <w:t>경험</w:t>
      </w:r>
      <w:proofErr w:type="spellEnd"/>
    </w:p>
    <w:p w14:paraId="1025BB01" w14:textId="77777777" w:rsidR="001F28AC" w:rsidRDefault="004628C9">
      <w:pPr>
        <w:spacing w:line="243" w:lineRule="exact"/>
        <w:rPr>
          <w:lang w:eastAsia="ko-KR"/>
        </w:rPr>
      </w:pPr>
      <w:r>
        <w:rPr>
          <w:color w:val="526573"/>
          <w:sz w:val="18"/>
          <w:lang w:eastAsia="ko-KR"/>
        </w:rPr>
        <w:t>관심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분야와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그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이유를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적습니다</w:t>
      </w:r>
      <w:r>
        <w:rPr>
          <w:color w:val="526573"/>
          <w:sz w:val="18"/>
          <w:lang w:eastAsia="ko-KR"/>
        </w:rPr>
        <w:t xml:space="preserve">. </w:t>
      </w:r>
      <w:r>
        <w:rPr>
          <w:color w:val="526573"/>
          <w:sz w:val="18"/>
          <w:lang w:eastAsia="ko-KR"/>
        </w:rPr>
        <w:t>이전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활동이나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수업에서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실제로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했던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일과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궁금했던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점을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연결합니다</w:t>
      </w:r>
      <w:r>
        <w:rPr>
          <w:color w:val="526573"/>
          <w:sz w:val="18"/>
          <w:lang w:eastAsia="ko-KR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1F28AC" w14:paraId="63BFBD28" w14:textId="77777777">
        <w:trPr>
          <w:cantSplit/>
          <w:trHeight w:val="1020"/>
        </w:trPr>
        <w:tc>
          <w:tcPr>
            <w:tcW w:w="9638" w:type="dxa"/>
            <w:shd w:val="clear" w:color="auto" w:fill="F3F6F8"/>
          </w:tcPr>
          <w:p w14:paraId="1283C240" w14:textId="77777777" w:rsidR="001F28AC" w:rsidRDefault="001F28AC">
            <w:pPr>
              <w:spacing w:after="60"/>
              <w:rPr>
                <w:lang w:eastAsia="ko-KR"/>
              </w:rPr>
            </w:pPr>
          </w:p>
        </w:tc>
      </w:tr>
    </w:tbl>
    <w:p w14:paraId="4DC8924E" w14:textId="77777777" w:rsidR="001F28AC" w:rsidRDefault="004628C9">
      <w:pPr>
        <w:keepNext/>
        <w:spacing w:before="180" w:line="351" w:lineRule="exact"/>
        <w:rPr>
          <w:lang w:eastAsia="ko-KR"/>
        </w:rPr>
      </w:pPr>
      <w:r>
        <w:rPr>
          <w:b/>
          <w:color w:val="234A62"/>
          <w:sz w:val="26"/>
          <w:lang w:eastAsia="ko-KR"/>
        </w:rPr>
        <w:t xml:space="preserve">2. </w:t>
      </w:r>
      <w:r>
        <w:rPr>
          <w:b/>
          <w:color w:val="234A62"/>
          <w:sz w:val="26"/>
          <w:lang w:eastAsia="ko-KR"/>
        </w:rPr>
        <w:t>이번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학기에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더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깊이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알아볼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점</w:t>
      </w:r>
    </w:p>
    <w:p w14:paraId="22A18DF5" w14:textId="77777777" w:rsidR="001F28AC" w:rsidRDefault="004628C9">
      <w:pPr>
        <w:spacing w:line="243" w:lineRule="exact"/>
        <w:rPr>
          <w:lang w:eastAsia="ko-KR"/>
        </w:rPr>
      </w:pPr>
      <w:r>
        <w:rPr>
          <w:color w:val="526573"/>
          <w:sz w:val="18"/>
          <w:lang w:eastAsia="ko-KR"/>
        </w:rPr>
        <w:t>이미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아는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내용과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이번에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새로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확인할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내용을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구분합니다</w:t>
      </w:r>
      <w:r>
        <w:rPr>
          <w:color w:val="526573"/>
          <w:sz w:val="18"/>
          <w:lang w:eastAsia="ko-KR"/>
        </w:rPr>
        <w:t xml:space="preserve">. </w:t>
      </w:r>
      <w:r>
        <w:rPr>
          <w:color w:val="526573"/>
          <w:sz w:val="18"/>
          <w:lang w:eastAsia="ko-KR"/>
        </w:rPr>
        <w:t>연결할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과목</w:t>
      </w:r>
      <w:r>
        <w:rPr>
          <w:color w:val="526573"/>
          <w:sz w:val="18"/>
          <w:lang w:eastAsia="ko-KR"/>
        </w:rPr>
        <w:t>·</w:t>
      </w:r>
      <w:r>
        <w:rPr>
          <w:color w:val="526573"/>
          <w:sz w:val="18"/>
          <w:lang w:eastAsia="ko-KR"/>
        </w:rPr>
        <w:t>단원</w:t>
      </w:r>
      <w:r>
        <w:rPr>
          <w:color w:val="526573"/>
          <w:sz w:val="18"/>
          <w:lang w:eastAsia="ko-KR"/>
        </w:rPr>
        <w:t>·</w:t>
      </w:r>
      <w:r>
        <w:rPr>
          <w:color w:val="526573"/>
          <w:sz w:val="18"/>
          <w:lang w:eastAsia="ko-KR"/>
        </w:rPr>
        <w:t>개념은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실제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배운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내용으로</w:t>
      </w:r>
      <w:r>
        <w:rPr>
          <w:color w:val="526573"/>
          <w:sz w:val="18"/>
          <w:lang w:eastAsia="ko-KR"/>
        </w:rPr>
        <w:t xml:space="preserve"> </w:t>
      </w:r>
      <w:r>
        <w:rPr>
          <w:color w:val="526573"/>
          <w:sz w:val="18"/>
          <w:lang w:eastAsia="ko-KR"/>
        </w:rPr>
        <w:t>적습니다</w:t>
      </w:r>
      <w:r>
        <w:rPr>
          <w:color w:val="526573"/>
          <w:sz w:val="18"/>
          <w:lang w:eastAsia="ko-KR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1F28AC" w14:paraId="7ED5C847" w14:textId="77777777">
        <w:trPr>
          <w:cantSplit/>
          <w:trHeight w:val="1276"/>
        </w:trPr>
        <w:tc>
          <w:tcPr>
            <w:tcW w:w="9638" w:type="dxa"/>
            <w:shd w:val="clear" w:color="auto" w:fill="F3F6F8"/>
          </w:tcPr>
          <w:p w14:paraId="2ACFBEC1" w14:textId="77777777" w:rsidR="001F28AC" w:rsidRDefault="001F28AC">
            <w:pPr>
              <w:spacing w:after="60"/>
              <w:rPr>
                <w:lang w:eastAsia="ko-KR"/>
              </w:rPr>
            </w:pPr>
          </w:p>
        </w:tc>
      </w:tr>
    </w:tbl>
    <w:p w14:paraId="6A7147A6" w14:textId="77777777" w:rsidR="001F28AC" w:rsidRDefault="004628C9">
      <w:pPr>
        <w:keepNext/>
        <w:spacing w:before="180" w:line="351" w:lineRule="exact"/>
        <w:rPr>
          <w:lang w:eastAsia="ko-KR"/>
        </w:rPr>
      </w:pPr>
      <w:r>
        <w:rPr>
          <w:b/>
          <w:color w:val="234A62"/>
          <w:sz w:val="26"/>
          <w:lang w:eastAsia="ko-KR"/>
        </w:rPr>
        <w:t xml:space="preserve">3. </w:t>
      </w:r>
      <w:r>
        <w:rPr>
          <w:b/>
          <w:color w:val="234A62"/>
          <w:sz w:val="26"/>
          <w:lang w:eastAsia="ko-KR"/>
        </w:rPr>
        <w:t>중심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탐구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질문과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세부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질문</w:t>
      </w:r>
    </w:p>
    <w:p w14:paraId="16D68EE3" w14:textId="4990B760" w:rsidR="001F28AC" w:rsidRDefault="002D61FF">
      <w:pPr>
        <w:spacing w:line="243" w:lineRule="exact"/>
        <w:rPr>
          <w:lang w:eastAsia="ko-KR"/>
        </w:rPr>
      </w:pPr>
      <w:r>
        <w:rPr>
          <w:rFonts w:hint="eastAsia"/>
          <w:color w:val="526573"/>
          <w:sz w:val="18"/>
          <w:lang w:eastAsia="ko-KR"/>
        </w:rPr>
        <w:t>2</w:t>
      </w:r>
      <w:r w:rsidR="004628C9">
        <w:rPr>
          <w:color w:val="526573"/>
          <w:sz w:val="18"/>
          <w:lang w:eastAsia="ko-KR"/>
        </w:rPr>
        <w:t>학기</w:t>
      </w:r>
      <w:r w:rsidR="004628C9">
        <w:rPr>
          <w:color w:val="526573"/>
          <w:sz w:val="18"/>
          <w:lang w:eastAsia="ko-KR"/>
        </w:rPr>
        <w:t xml:space="preserve"> </w:t>
      </w:r>
      <w:r w:rsidR="004628C9">
        <w:rPr>
          <w:color w:val="526573"/>
          <w:sz w:val="18"/>
          <w:lang w:eastAsia="ko-KR"/>
        </w:rPr>
        <w:t>안에</w:t>
      </w:r>
      <w:r w:rsidR="004628C9">
        <w:rPr>
          <w:color w:val="526573"/>
          <w:sz w:val="18"/>
          <w:lang w:eastAsia="ko-KR"/>
        </w:rPr>
        <w:t xml:space="preserve"> </w:t>
      </w:r>
      <w:r>
        <w:rPr>
          <w:rFonts w:hint="eastAsia"/>
          <w:color w:val="526573"/>
          <w:sz w:val="18"/>
          <w:lang w:eastAsia="ko-KR"/>
        </w:rPr>
        <w:t>탐구할 수 있는 질문과 세부 질문 정합니다.</w:t>
      </w:r>
      <w:r w:rsidR="004628C9">
        <w:rPr>
          <w:color w:val="526573"/>
          <w:sz w:val="18"/>
          <w:lang w:eastAsia="ko-KR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1F28AC" w14:paraId="33EC2DB6" w14:textId="77777777">
        <w:trPr>
          <w:cantSplit/>
          <w:trHeight w:val="1162"/>
        </w:trPr>
        <w:tc>
          <w:tcPr>
            <w:tcW w:w="9638" w:type="dxa"/>
            <w:shd w:val="clear" w:color="auto" w:fill="F3F6F8"/>
          </w:tcPr>
          <w:p w14:paraId="40345D4D" w14:textId="77777777" w:rsidR="001F28AC" w:rsidRDefault="001F28AC">
            <w:pPr>
              <w:spacing w:after="60"/>
              <w:rPr>
                <w:lang w:eastAsia="ko-KR"/>
              </w:rPr>
            </w:pPr>
          </w:p>
        </w:tc>
      </w:tr>
    </w:tbl>
    <w:p w14:paraId="21D642E0" w14:textId="77777777" w:rsidR="001F28AC" w:rsidRDefault="004628C9">
      <w:pPr>
        <w:rPr>
          <w:lang w:eastAsia="ko-KR"/>
        </w:rPr>
      </w:pPr>
      <w:r>
        <w:rPr>
          <w:lang w:eastAsia="ko-KR"/>
        </w:rPr>
        <w:br w:type="page"/>
      </w:r>
    </w:p>
    <w:p w14:paraId="33D05E19" w14:textId="77777777" w:rsidR="001F28AC" w:rsidRDefault="004628C9">
      <w:pPr>
        <w:spacing w:line="243" w:lineRule="exact"/>
        <w:rPr>
          <w:lang w:eastAsia="ko-KR"/>
        </w:rPr>
      </w:pPr>
      <w:proofErr w:type="gramStart"/>
      <w:r>
        <w:rPr>
          <w:b/>
          <w:color w:val="234A62"/>
          <w:sz w:val="18"/>
          <w:lang w:eastAsia="ko-KR"/>
        </w:rPr>
        <w:lastRenderedPageBreak/>
        <w:t xml:space="preserve">02  </w:t>
      </w:r>
      <w:r>
        <w:rPr>
          <w:b/>
          <w:color w:val="234A62"/>
          <w:sz w:val="18"/>
          <w:lang w:eastAsia="ko-KR"/>
        </w:rPr>
        <w:t>방법과</w:t>
      </w:r>
      <w:proofErr w:type="gramEnd"/>
      <w:r>
        <w:rPr>
          <w:b/>
          <w:color w:val="234A62"/>
          <w:sz w:val="18"/>
          <w:lang w:eastAsia="ko-KR"/>
        </w:rPr>
        <w:t xml:space="preserve"> </w:t>
      </w:r>
      <w:r>
        <w:rPr>
          <w:b/>
          <w:color w:val="234A62"/>
          <w:sz w:val="18"/>
          <w:lang w:eastAsia="ko-KR"/>
        </w:rPr>
        <w:t>결과물</w:t>
      </w:r>
    </w:p>
    <w:p w14:paraId="5BB6ACF0" w14:textId="77777777" w:rsidR="001F28AC" w:rsidRDefault="004628C9">
      <w:pPr>
        <w:spacing w:line="540" w:lineRule="exact"/>
        <w:rPr>
          <w:lang w:eastAsia="ko-KR"/>
        </w:rPr>
      </w:pPr>
      <w:r>
        <w:rPr>
          <w:b/>
          <w:color w:val="234A62"/>
          <w:sz w:val="40"/>
          <w:lang w:eastAsia="ko-KR"/>
        </w:rPr>
        <w:t>무엇을</w:t>
      </w:r>
      <w:r>
        <w:rPr>
          <w:b/>
          <w:color w:val="234A62"/>
          <w:sz w:val="40"/>
          <w:lang w:eastAsia="ko-KR"/>
        </w:rPr>
        <w:t xml:space="preserve"> </w:t>
      </w:r>
      <w:r>
        <w:rPr>
          <w:b/>
          <w:color w:val="234A62"/>
          <w:sz w:val="40"/>
          <w:lang w:eastAsia="ko-KR"/>
        </w:rPr>
        <w:t>어떻게</w:t>
      </w:r>
      <w:r>
        <w:rPr>
          <w:b/>
          <w:color w:val="234A62"/>
          <w:sz w:val="40"/>
          <w:lang w:eastAsia="ko-KR"/>
        </w:rPr>
        <w:t xml:space="preserve"> </w:t>
      </w:r>
      <w:r>
        <w:rPr>
          <w:b/>
          <w:color w:val="234A62"/>
          <w:sz w:val="40"/>
          <w:lang w:eastAsia="ko-KR"/>
        </w:rPr>
        <w:t>확인할까</w:t>
      </w:r>
      <w:r>
        <w:rPr>
          <w:b/>
          <w:color w:val="234A62"/>
          <w:sz w:val="40"/>
          <w:lang w:eastAsia="ko-KR"/>
        </w:rPr>
        <w:t>?</w:t>
      </w:r>
    </w:p>
    <w:p w14:paraId="0A155473" w14:textId="77777777" w:rsidR="001F28AC" w:rsidRDefault="004628C9">
      <w:pPr>
        <w:spacing w:line="270" w:lineRule="exact"/>
        <w:rPr>
          <w:lang w:eastAsia="ko-KR"/>
        </w:rPr>
      </w:pPr>
      <w:r>
        <w:rPr>
          <w:lang w:eastAsia="ko-KR"/>
        </w:rPr>
        <w:t>질문에</w:t>
      </w:r>
      <w:r>
        <w:rPr>
          <w:lang w:eastAsia="ko-KR"/>
        </w:rPr>
        <w:t xml:space="preserve"> </w:t>
      </w:r>
      <w:r>
        <w:rPr>
          <w:lang w:eastAsia="ko-KR"/>
        </w:rPr>
        <w:t>답하기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사용할</w:t>
      </w:r>
      <w:r>
        <w:rPr>
          <w:lang w:eastAsia="ko-KR"/>
        </w:rPr>
        <w:t xml:space="preserve"> </w:t>
      </w:r>
      <w:r>
        <w:rPr>
          <w:lang w:eastAsia="ko-KR"/>
        </w:rPr>
        <w:t>자료</w:t>
      </w:r>
      <w:r>
        <w:rPr>
          <w:lang w:eastAsia="ko-KR"/>
        </w:rPr>
        <w:t xml:space="preserve">, </w:t>
      </w:r>
      <w:r>
        <w:rPr>
          <w:lang w:eastAsia="ko-KR"/>
        </w:rPr>
        <w:t>비교</w:t>
      </w:r>
      <w:r>
        <w:rPr>
          <w:lang w:eastAsia="ko-KR"/>
        </w:rPr>
        <w:t xml:space="preserve"> </w:t>
      </w:r>
      <w:r>
        <w:rPr>
          <w:lang w:eastAsia="ko-KR"/>
        </w:rPr>
        <w:t>기준</w:t>
      </w:r>
      <w:r>
        <w:rPr>
          <w:lang w:eastAsia="ko-KR"/>
        </w:rPr>
        <w:t xml:space="preserve">, </w:t>
      </w:r>
      <w:r>
        <w:rPr>
          <w:lang w:eastAsia="ko-KR"/>
        </w:rPr>
        <w:t>내가</w:t>
      </w:r>
      <w:r>
        <w:rPr>
          <w:lang w:eastAsia="ko-KR"/>
        </w:rPr>
        <w:t xml:space="preserve"> </w:t>
      </w:r>
      <w:r>
        <w:rPr>
          <w:lang w:eastAsia="ko-KR"/>
        </w:rPr>
        <w:t>할</w:t>
      </w:r>
      <w:r>
        <w:rPr>
          <w:lang w:eastAsia="ko-KR"/>
        </w:rPr>
        <w:t xml:space="preserve"> </w:t>
      </w:r>
      <w:r>
        <w:rPr>
          <w:lang w:eastAsia="ko-KR"/>
        </w:rPr>
        <w:t>일과</w:t>
      </w:r>
      <w:r>
        <w:rPr>
          <w:lang w:eastAsia="ko-KR"/>
        </w:rPr>
        <w:t xml:space="preserve"> </w:t>
      </w:r>
      <w:r>
        <w:rPr>
          <w:lang w:eastAsia="ko-KR"/>
        </w:rPr>
        <w:t>남길</w:t>
      </w:r>
      <w:r>
        <w:rPr>
          <w:lang w:eastAsia="ko-KR"/>
        </w:rPr>
        <w:t xml:space="preserve"> </w:t>
      </w:r>
      <w:r>
        <w:rPr>
          <w:lang w:eastAsia="ko-KR"/>
        </w:rPr>
        <w:t>결과물을</w:t>
      </w:r>
      <w:r>
        <w:rPr>
          <w:lang w:eastAsia="ko-KR"/>
        </w:rPr>
        <w:t xml:space="preserve"> </w:t>
      </w:r>
      <w:r>
        <w:rPr>
          <w:lang w:eastAsia="ko-KR"/>
        </w:rPr>
        <w:t>정합니다</w:t>
      </w:r>
      <w:r>
        <w:rPr>
          <w:lang w:eastAsia="ko-KR"/>
        </w:rPr>
        <w:t>.</w:t>
      </w:r>
    </w:p>
    <w:tbl>
      <w:tblPr>
        <w:tblW w:w="0" w:type="auto"/>
        <w:jc w:val="center"/>
        <w:tblBorders>
          <w:top w:val="single" w:sz="4" w:space="0" w:color="D3DDE4"/>
          <w:left w:val="single" w:sz="4" w:space="0" w:color="D3DDE4"/>
          <w:bottom w:val="single" w:sz="4" w:space="0" w:color="D3DDE4"/>
          <w:right w:val="single" w:sz="4" w:space="0" w:color="D3DDE4"/>
          <w:insideH w:val="single" w:sz="4" w:space="0" w:color="D3DDE4"/>
          <w:insideV w:val="single" w:sz="4" w:space="0" w:color="D3DDE4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7852"/>
      </w:tblGrid>
      <w:tr w:rsidR="001F28AC" w14:paraId="440D38D0" w14:textId="77777777">
        <w:trPr>
          <w:cantSplit/>
          <w:tblHeader/>
          <w:jc w:val="center"/>
        </w:trPr>
        <w:tc>
          <w:tcPr>
            <w:tcW w:w="1786" w:type="dxa"/>
            <w:shd w:val="clear" w:color="auto" w:fill="234A6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556A69" w14:textId="77777777" w:rsidR="001F28AC" w:rsidRDefault="004628C9">
            <w:pPr>
              <w:spacing w:before="40" w:after="40" w:line="240" w:lineRule="exact"/>
            </w:pPr>
            <w:proofErr w:type="spellStart"/>
            <w:r>
              <w:rPr>
                <w:b/>
                <w:color w:val="FFFFFF"/>
                <w:sz w:val="19"/>
              </w:rPr>
              <w:t>계획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항목</w:t>
            </w:r>
            <w:proofErr w:type="spellEnd"/>
          </w:p>
        </w:tc>
        <w:tc>
          <w:tcPr>
            <w:tcW w:w="7852" w:type="dxa"/>
            <w:shd w:val="clear" w:color="auto" w:fill="234A6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E0258C" w14:textId="77777777" w:rsidR="001F28AC" w:rsidRDefault="004628C9">
            <w:pPr>
              <w:spacing w:before="40" w:after="40" w:line="240" w:lineRule="exact"/>
            </w:pPr>
            <w:r>
              <w:rPr>
                <w:b/>
                <w:color w:val="FFFFFF"/>
                <w:sz w:val="19"/>
              </w:rPr>
              <w:t>나의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계획</w:t>
            </w:r>
          </w:p>
        </w:tc>
      </w:tr>
      <w:tr w:rsidR="001F28AC" w14:paraId="28268D39" w14:textId="77777777">
        <w:trPr>
          <w:cantSplit/>
          <w:trHeight w:val="907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494BF1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탐구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제목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F34838" w14:textId="77777777" w:rsidR="001F28AC" w:rsidRDefault="001F28AC">
            <w:pPr>
              <w:spacing w:before="40" w:after="40" w:line="240" w:lineRule="exact"/>
            </w:pPr>
          </w:p>
        </w:tc>
      </w:tr>
      <w:tr w:rsidR="001F28AC" w14:paraId="41CE2C29" w14:textId="77777777">
        <w:trPr>
          <w:cantSplit/>
          <w:trHeight w:val="907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04875D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대상과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범위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C9FBD0" w14:textId="77777777" w:rsidR="001F28AC" w:rsidRDefault="001F28AC">
            <w:pPr>
              <w:spacing w:before="40" w:after="40" w:line="240" w:lineRule="exact"/>
            </w:pPr>
          </w:p>
        </w:tc>
      </w:tr>
      <w:tr w:rsidR="001F28AC" w14:paraId="523F434F" w14:textId="77777777">
        <w:trPr>
          <w:cantSplit/>
          <w:trHeight w:val="907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80F351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자료와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출처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033CC5" w14:textId="77777777" w:rsidR="001F28AC" w:rsidRDefault="001F28AC">
            <w:pPr>
              <w:spacing w:before="40" w:after="40" w:line="240" w:lineRule="exact"/>
            </w:pPr>
          </w:p>
        </w:tc>
      </w:tr>
      <w:tr w:rsidR="001F28AC" w14:paraId="6AAF1918" w14:textId="77777777">
        <w:trPr>
          <w:cantSplit/>
          <w:trHeight w:val="907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05FD59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비교</w:t>
            </w:r>
            <w:r>
              <w:rPr>
                <w:sz w:val="19"/>
              </w:rPr>
              <w:t>·</w:t>
            </w:r>
            <w:r>
              <w:rPr>
                <w:sz w:val="19"/>
              </w:rPr>
              <w:t>분석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방법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D51C64" w14:textId="77777777" w:rsidR="001F28AC" w:rsidRDefault="001F28AC">
            <w:pPr>
              <w:spacing w:before="40" w:after="40" w:line="240" w:lineRule="exact"/>
            </w:pPr>
          </w:p>
        </w:tc>
      </w:tr>
      <w:tr w:rsidR="001F28AC" w14:paraId="63F2BC7C" w14:textId="77777777">
        <w:trPr>
          <w:cantSplit/>
          <w:trHeight w:val="907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6295B8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나의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역할과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선택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16922E" w14:textId="77777777" w:rsidR="001F28AC" w:rsidRDefault="001F28AC">
            <w:pPr>
              <w:spacing w:before="40" w:after="40" w:line="240" w:lineRule="exact"/>
            </w:pPr>
          </w:p>
        </w:tc>
      </w:tr>
      <w:tr w:rsidR="001F28AC" w14:paraId="4BD1DDB5" w14:textId="77777777">
        <w:trPr>
          <w:cantSplit/>
          <w:trHeight w:val="907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35CFB7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어려움과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대안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6E8430" w14:textId="77777777" w:rsidR="001F28AC" w:rsidRDefault="001F28AC">
            <w:pPr>
              <w:spacing w:before="40" w:after="40" w:line="240" w:lineRule="exact"/>
            </w:pPr>
          </w:p>
        </w:tc>
      </w:tr>
    </w:tbl>
    <w:p w14:paraId="20458973" w14:textId="77777777" w:rsidR="002D61FF" w:rsidRDefault="002D61FF">
      <w:pPr>
        <w:keepNext/>
        <w:spacing w:before="180" w:line="351" w:lineRule="exact"/>
        <w:rPr>
          <w:rFonts w:hint="eastAsia"/>
          <w:b/>
          <w:color w:val="234A62"/>
          <w:sz w:val="26"/>
          <w:lang w:eastAsia="ko-KR"/>
        </w:rPr>
      </w:pPr>
    </w:p>
    <w:p w14:paraId="4D335267" w14:textId="4FD7AE46" w:rsidR="001F28AC" w:rsidRDefault="004628C9">
      <w:pPr>
        <w:keepNext/>
        <w:spacing w:before="180" w:line="351" w:lineRule="exact"/>
        <w:rPr>
          <w:lang w:eastAsia="ko-KR"/>
        </w:rPr>
      </w:pPr>
      <w:r>
        <w:rPr>
          <w:b/>
          <w:color w:val="234A62"/>
          <w:sz w:val="26"/>
          <w:lang w:eastAsia="ko-KR"/>
        </w:rPr>
        <w:t xml:space="preserve">4. </w:t>
      </w:r>
      <w:r>
        <w:rPr>
          <w:b/>
          <w:color w:val="234A62"/>
          <w:sz w:val="26"/>
          <w:lang w:eastAsia="ko-KR"/>
        </w:rPr>
        <w:t>최종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결과물과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공유</w:t>
      </w:r>
      <w:r>
        <w:rPr>
          <w:b/>
          <w:color w:val="234A62"/>
          <w:sz w:val="26"/>
          <w:lang w:eastAsia="ko-KR"/>
        </w:rPr>
        <w:t xml:space="preserve"> </w:t>
      </w:r>
      <w:r>
        <w:rPr>
          <w:b/>
          <w:color w:val="234A62"/>
          <w:sz w:val="26"/>
          <w:lang w:eastAsia="ko-KR"/>
        </w:rPr>
        <w:t>계획</w:t>
      </w:r>
    </w:p>
    <w:tbl>
      <w:tblPr>
        <w:tblW w:w="0" w:type="auto"/>
        <w:jc w:val="center"/>
        <w:tblBorders>
          <w:top w:val="single" w:sz="4" w:space="0" w:color="D3DDE4"/>
          <w:left w:val="single" w:sz="4" w:space="0" w:color="D3DDE4"/>
          <w:bottom w:val="single" w:sz="4" w:space="0" w:color="D3DDE4"/>
          <w:right w:val="single" w:sz="4" w:space="0" w:color="D3DDE4"/>
          <w:insideH w:val="single" w:sz="4" w:space="0" w:color="D3DDE4"/>
          <w:insideV w:val="single" w:sz="4" w:space="0" w:color="D3DDE4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7852"/>
      </w:tblGrid>
      <w:tr w:rsidR="001F28AC" w14:paraId="1F62635B" w14:textId="77777777">
        <w:trPr>
          <w:cantSplit/>
          <w:tblHeader/>
          <w:jc w:val="center"/>
        </w:trPr>
        <w:tc>
          <w:tcPr>
            <w:tcW w:w="1786" w:type="dxa"/>
            <w:shd w:val="clear" w:color="auto" w:fill="234A6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ED179A" w14:textId="77777777" w:rsidR="001F28AC" w:rsidRDefault="004628C9">
            <w:pPr>
              <w:spacing w:before="40" w:after="40" w:line="240" w:lineRule="exact"/>
            </w:pPr>
            <w:proofErr w:type="spellStart"/>
            <w:r>
              <w:rPr>
                <w:b/>
                <w:color w:val="FFFFFF"/>
                <w:sz w:val="19"/>
              </w:rPr>
              <w:t>항목</w:t>
            </w:r>
            <w:proofErr w:type="spellEnd"/>
          </w:p>
        </w:tc>
        <w:tc>
          <w:tcPr>
            <w:tcW w:w="7852" w:type="dxa"/>
            <w:shd w:val="clear" w:color="auto" w:fill="234A6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AF5525" w14:textId="77777777" w:rsidR="001F28AC" w:rsidRDefault="004628C9">
            <w:pPr>
              <w:spacing w:before="40" w:after="40" w:line="240" w:lineRule="exact"/>
            </w:pPr>
            <w:r>
              <w:rPr>
                <w:b/>
                <w:color w:val="FFFFFF"/>
                <w:sz w:val="19"/>
              </w:rPr>
              <w:t>나의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계획</w:t>
            </w:r>
          </w:p>
        </w:tc>
      </w:tr>
      <w:tr w:rsidR="001F28AC" w14:paraId="070269AF" w14:textId="77777777">
        <w:trPr>
          <w:cantSplit/>
          <w:trHeight w:val="680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8A57A7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결과물</w:t>
            </w:r>
            <w:r>
              <w:rPr>
                <w:sz w:val="19"/>
              </w:rPr>
              <w:t>·</w:t>
            </w:r>
            <w:r>
              <w:rPr>
                <w:sz w:val="19"/>
              </w:rPr>
              <w:t>독자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5160FD" w14:textId="77777777" w:rsidR="001F28AC" w:rsidRDefault="001F28AC">
            <w:pPr>
              <w:spacing w:before="40" w:after="40" w:line="240" w:lineRule="exact"/>
            </w:pPr>
          </w:p>
        </w:tc>
      </w:tr>
      <w:tr w:rsidR="001F28AC" w14:paraId="07D3BD86" w14:textId="77777777">
        <w:trPr>
          <w:cantSplit/>
          <w:trHeight w:val="680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9D12A8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완료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여부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확인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E1645A" w14:textId="77777777" w:rsidR="001F28AC" w:rsidRDefault="001F28AC">
            <w:pPr>
              <w:spacing w:before="40" w:after="40" w:line="240" w:lineRule="exact"/>
            </w:pPr>
          </w:p>
        </w:tc>
      </w:tr>
      <w:tr w:rsidR="001F28AC" w14:paraId="55574352" w14:textId="77777777">
        <w:trPr>
          <w:cantSplit/>
          <w:trHeight w:val="680"/>
          <w:jc w:val="center"/>
        </w:trPr>
        <w:tc>
          <w:tcPr>
            <w:tcW w:w="1786" w:type="dxa"/>
            <w:shd w:val="clear" w:color="auto" w:fill="F0F4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1A85AF" w14:textId="77777777" w:rsidR="001F28AC" w:rsidRDefault="004628C9">
            <w:pPr>
              <w:spacing w:before="40" w:after="40" w:line="240" w:lineRule="exact"/>
            </w:pPr>
            <w:r>
              <w:rPr>
                <w:sz w:val="19"/>
              </w:rPr>
              <w:t>더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알아볼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일의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모습</w:t>
            </w:r>
          </w:p>
        </w:tc>
        <w:tc>
          <w:tcPr>
            <w:tcW w:w="785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8779C4" w14:textId="77777777" w:rsidR="001F28AC" w:rsidRDefault="001F28AC">
            <w:pPr>
              <w:spacing w:before="40" w:after="40" w:line="240" w:lineRule="exact"/>
            </w:pPr>
          </w:p>
        </w:tc>
      </w:tr>
    </w:tbl>
    <w:p w14:paraId="1B984B76" w14:textId="2350C4EE" w:rsidR="001F28AC" w:rsidRDefault="001F28AC">
      <w:pPr>
        <w:rPr>
          <w:lang w:eastAsia="ko-KR"/>
        </w:rPr>
      </w:pPr>
    </w:p>
    <w:sectPr w:rsidR="001F28AC" w:rsidSect="00034616">
      <w:headerReference w:type="default" r:id="rId8"/>
      <w:footerReference w:type="default" r:id="rId9"/>
      <w:pgSz w:w="11906" w:h="16838"/>
      <w:pgMar w:top="907" w:right="1134" w:bottom="85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A6E3F" w14:textId="77777777" w:rsidR="004628C9" w:rsidRDefault="004628C9">
      <w:pPr>
        <w:spacing w:after="0" w:line="240" w:lineRule="auto"/>
      </w:pPr>
      <w:r>
        <w:separator/>
      </w:r>
    </w:p>
  </w:endnote>
  <w:endnote w:type="continuationSeparator" w:id="0">
    <w:p w14:paraId="78D98138" w14:textId="77777777" w:rsidR="004628C9" w:rsidRDefault="00462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C864" w14:textId="6AB063E2" w:rsidR="001F28AC" w:rsidRDefault="004628C9">
    <w:pPr>
      <w:pStyle w:val="a6"/>
      <w:jc w:val="right"/>
    </w:pPr>
    <w:proofErr w:type="spellStart"/>
    <w:r>
      <w:rPr>
        <w:sz w:val="16"/>
      </w:rPr>
      <w:t>학생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작성</w:t>
    </w:r>
    <w:proofErr w:type="spellEnd"/>
    <w:r>
      <w:rPr>
        <w:sz w:val="16"/>
      </w:rPr>
      <w:t xml:space="preserve"> </w:t>
    </w:r>
    <w:proofErr w:type="spellStart"/>
    <w:proofErr w:type="gramStart"/>
    <w:r>
      <w:rPr>
        <w:sz w:val="16"/>
      </w:rPr>
      <w:t>양식</w:t>
    </w:r>
    <w:proofErr w:type="spellEnd"/>
    <w:r>
      <w:rPr>
        <w:sz w:val="16"/>
      </w:rPr>
      <w:t xml:space="preserve">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5E18B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93F6E" w14:textId="77777777" w:rsidR="004628C9" w:rsidRDefault="004628C9">
      <w:pPr>
        <w:spacing w:after="0" w:line="240" w:lineRule="auto"/>
      </w:pPr>
      <w:r>
        <w:separator/>
      </w:r>
    </w:p>
  </w:footnote>
  <w:footnote w:type="continuationSeparator" w:id="0">
    <w:p w14:paraId="4841BE24" w14:textId="77777777" w:rsidR="004628C9" w:rsidRDefault="00462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AC8AD" w14:textId="77777777" w:rsidR="001F28AC" w:rsidRDefault="004628C9">
    <w:pPr>
      <w:pStyle w:val="a5"/>
      <w:rPr>
        <w:lang w:eastAsia="ko-KR"/>
      </w:rPr>
    </w:pPr>
    <w:r>
      <w:rPr>
        <w:color w:val="234A62"/>
        <w:sz w:val="16"/>
        <w:lang w:eastAsia="ko-KR"/>
      </w:rPr>
      <w:t>창의적</w:t>
    </w:r>
    <w:r>
      <w:rPr>
        <w:color w:val="234A62"/>
        <w:sz w:val="16"/>
        <w:lang w:eastAsia="ko-KR"/>
      </w:rPr>
      <w:t xml:space="preserve"> </w:t>
    </w:r>
    <w:r>
      <w:rPr>
        <w:color w:val="234A62"/>
        <w:sz w:val="16"/>
        <w:lang w:eastAsia="ko-KR"/>
      </w:rPr>
      <w:t>체험활동</w:t>
    </w:r>
    <w:r>
      <w:rPr>
        <w:color w:val="234A62"/>
        <w:sz w:val="16"/>
        <w:lang w:eastAsia="ko-KR"/>
      </w:rPr>
      <w:t xml:space="preserve">  |  2</w:t>
    </w:r>
    <w:r>
      <w:rPr>
        <w:color w:val="234A62"/>
        <w:sz w:val="16"/>
        <w:lang w:eastAsia="ko-KR"/>
      </w:rPr>
      <w:t>학년</w:t>
    </w:r>
    <w:r>
      <w:rPr>
        <w:color w:val="234A62"/>
        <w:sz w:val="16"/>
        <w:lang w:eastAsia="ko-KR"/>
      </w:rPr>
      <w:t xml:space="preserve"> </w:t>
    </w:r>
    <w:r>
      <w:rPr>
        <w:color w:val="234A62"/>
        <w:sz w:val="16"/>
        <w:lang w:eastAsia="ko-KR"/>
      </w:rPr>
      <w:t>진로활동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901274">
    <w:abstractNumId w:val="8"/>
  </w:num>
  <w:num w:numId="2" w16cid:durableId="356467354">
    <w:abstractNumId w:val="6"/>
  </w:num>
  <w:num w:numId="3" w16cid:durableId="330303554">
    <w:abstractNumId w:val="5"/>
  </w:num>
  <w:num w:numId="4" w16cid:durableId="1543636839">
    <w:abstractNumId w:val="4"/>
  </w:num>
  <w:num w:numId="5" w16cid:durableId="5255782">
    <w:abstractNumId w:val="7"/>
  </w:num>
  <w:num w:numId="6" w16cid:durableId="128478527">
    <w:abstractNumId w:val="3"/>
  </w:num>
  <w:num w:numId="7" w16cid:durableId="983000353">
    <w:abstractNumId w:val="2"/>
  </w:num>
  <w:num w:numId="8" w16cid:durableId="1613971964">
    <w:abstractNumId w:val="1"/>
  </w:num>
  <w:num w:numId="9" w16cid:durableId="21732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55F"/>
    <w:rsid w:val="001F28AC"/>
    <w:rsid w:val="0029639D"/>
    <w:rsid w:val="002D61FF"/>
    <w:rsid w:val="00326F90"/>
    <w:rsid w:val="004628C9"/>
    <w:rsid w:val="004B7226"/>
    <w:rsid w:val="00584EBD"/>
    <w:rsid w:val="005E18B7"/>
    <w:rsid w:val="006F2B0B"/>
    <w:rsid w:val="00A83792"/>
    <w:rsid w:val="00AA1D8D"/>
    <w:rsid w:val="00B47730"/>
    <w:rsid w:val="00C93C54"/>
    <w:rsid w:val="00CB0664"/>
    <w:rsid w:val="00F26A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5BD02C0-28E3-4A5E-BE1C-AF9C03FF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100" w:line="280" w:lineRule="exact"/>
    </w:pPr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341</Characters>
  <Application>Microsoft Office Word</Application>
  <DocSecurity>0</DocSecurity>
  <Lines>34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고2 한 학기 진로활동 계획서 양식</dc:title>
  <dc:subject>교과 경험에서 시작하는 진로 탐구와 과정 근거 수집</dc:subject>
  <dc:creator>수업 평가 설계 에이전트</dc:creator>
  <cp:keywords/>
  <dc:description>generated by python-docx</dc:description>
  <cp:lastModifiedBy>홍 대화</cp:lastModifiedBy>
  <cp:revision>2</cp:revision>
  <dcterms:created xsi:type="dcterms:W3CDTF">2026-09-08T23:56:00Z</dcterms:created>
  <dcterms:modified xsi:type="dcterms:W3CDTF">2026-09-08T23:56:00Z</dcterms:modified>
  <cp:category/>
</cp:coreProperties>
</file>